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autoSpaceDN w:val="0"/>
        <w:autoSpaceDE w:val="0"/>
        <w:widowControl/>
        <w:spacing w:line="484" w:lineRule="exact" w:before="0" w:after="0"/>
        <w:ind w:left="7322" w:right="0" w:firstLine="0"/>
        <w:jc w:val="left"/>
      </w:pPr>
      <w:r>
        <w:rPr>
          <w:rFonts w:ascii="Droid Sans Fallback" w:hAnsi="Droid Sans Fallback" w:eastAsia="Droid Sans Fallback"/>
          <w:b w:val="0"/>
          <w:i w:val="0"/>
          <w:color w:val="000000"/>
          <w:sz w:val="44"/>
        </w:rPr>
        <w:t>孤独与遗忘</w:t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1181100</wp:posOffset>
            </wp:positionH>
            <wp:positionV relativeFrom="page">
              <wp:posOffset>2286000</wp:posOffset>
            </wp:positionV>
            <wp:extent cx="8686800" cy="165100"/>
            <wp:wrapNone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16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2514600</wp:posOffset>
            </wp:positionV>
            <wp:extent cx="9144000" cy="152400"/>
            <wp:wrapNone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2730500</wp:posOffset>
            </wp:positionV>
            <wp:extent cx="3403600" cy="165100"/>
            <wp:wrapNone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03600" cy="16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9448800</wp:posOffset>
            </wp:positionH>
            <wp:positionV relativeFrom="page">
              <wp:posOffset>6172200</wp:posOffset>
            </wp:positionV>
            <wp:extent cx="508000" cy="165100"/>
            <wp:wrapNone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16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825500</wp:posOffset>
            </wp:positionH>
            <wp:positionV relativeFrom="page">
              <wp:posOffset>6400800</wp:posOffset>
            </wp:positionV>
            <wp:extent cx="9194800" cy="152400"/>
            <wp:wrapNone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1948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6616700</wp:posOffset>
            </wp:positionV>
            <wp:extent cx="8890000" cy="152400"/>
            <wp:wrapNone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00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355600" cy="152400"/>
            <wp:wrapNone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356" w:lineRule="exact" w:before="178" w:after="0"/>
        <w:ind w:left="0" w:right="6718" w:firstLine="0"/>
        <w:jc w:val="right"/>
      </w:pPr>
      <w:r>
        <w:rPr>
          <w:rFonts w:ascii="Droid Sans Fallback" w:hAnsi="Droid Sans Fallback" w:eastAsia="Droid Sans Fallback"/>
          <w:b/>
          <w:i w:val="0"/>
          <w:color w:val="000000"/>
          <w:sz w:val="32"/>
        </w:rPr>
        <w:t>黑白摄影中的心境探寻</w:t>
      </w:r>
    </w:p>
    <w:p>
      <w:pPr>
        <w:autoSpaceDN w:val="0"/>
        <w:autoSpaceDE w:val="0"/>
        <w:widowControl/>
        <w:spacing w:line="348" w:lineRule="exact" w:before="1534" w:after="0"/>
        <w:ind w:left="1136" w:right="1302" w:firstLine="720"/>
        <w:jc w:val="both"/>
      </w:pP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漫步于城市的街头巷尾，橱窗里姿态各异的模特率先映入眼帘。它们身着时尚的衣物，却面无表情，仿佛被时间凝固的木偶，无人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问津。橱窗的玻璃将它们与外界隔绝，如同一个无形的牢笼，象征着被社会遗忘的孤独。这种孤独并非是物理上的独处，而是精神上的疏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>离，即便身处繁华都市，却无人能懂其内心的寂静。</w:t>
      </w:r>
    </w:p>
    <w:p>
      <w:pPr>
        <w:autoSpaceDN w:val="0"/>
        <w:autoSpaceDE w:val="0"/>
        <w:widowControl/>
        <w:spacing w:line="240" w:lineRule="auto" w:before="4672" w:after="0"/>
        <w:ind w:left="1136" w:right="864" w:firstLine="718"/>
        <w:jc w:val="left"/>
      </w:pPr>
      <w:r>
        <w:drawing>
          <wp:inline xmlns:a="http://schemas.openxmlformats.org/drawingml/2006/main" xmlns:pic="http://schemas.openxmlformats.org/drawingml/2006/picture">
            <wp:extent cx="8200389" cy="273431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00389" cy="273431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>街道上，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>汽车的飞驰而过留下模糊的身影，在黑白的画面中，它宛如一个孤独的旅者，在黑暗中寻找着方向。车灯的光亮在黑暗中显得微弱而无力，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>如同在困境中挣扎时那一丝渺茫的希望。它行驶在城市的脉络中，却仿佛与周围的世界格格不入，被遗忘在时光的洪流里，独自前行。</w:t>
      </w:r>
    </w:p>
    <w:p>
      <w:pPr>
        <w:autoSpaceDN w:val="0"/>
        <w:autoSpaceDE w:val="0"/>
        <w:widowControl/>
        <w:spacing w:line="686" w:lineRule="exact" w:before="236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1134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258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355600" cy="152400"/>
            <wp:wrapNone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40" w:lineRule="auto" w:before="0" w:after="0"/>
        <w:ind w:left="1134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8719819" cy="2881630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719819" cy="28816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686" w:lineRule="exact" w:before="2666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2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1440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348" w:lineRule="exact" w:before="338" w:after="0"/>
        <w:ind w:left="1136" w:right="1152" w:firstLine="0"/>
        <w:jc w:val="left"/>
      </w:pP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天桥上，行人匆匆而过，他们的身影在光影的交织下显得渺小而孤寂。每个人都沉浸在自己的世界里，朝着各自的方向前行，彼此之间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没有交流，没有眼神的交汇。这就像现代社会中人们的关系，看似紧密相连，实则各自孤独。天桥横跨在城市的上空，却无法跨越人们内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>心之间的鸿沟，孤独在城市的每一个角落蔓延。</w:t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927100</wp:posOffset>
            </wp:positionH>
            <wp:positionV relativeFrom="page">
              <wp:posOffset>762000</wp:posOffset>
            </wp:positionV>
            <wp:extent cx="8978900" cy="152400"/>
            <wp:wrapNone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9789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977900</wp:posOffset>
            </wp:positionV>
            <wp:extent cx="9131300" cy="165100"/>
            <wp:wrapNone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31300" cy="16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1206500</wp:posOffset>
            </wp:positionV>
            <wp:extent cx="3098800" cy="152400"/>
            <wp:wrapNone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5778500</wp:posOffset>
            </wp:positionV>
            <wp:extent cx="7975600" cy="165100"/>
            <wp:wrapNone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75600" cy="16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5562600</wp:posOffset>
            </wp:positionV>
            <wp:extent cx="8839200" cy="152400"/>
            <wp:wrapNone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355600" cy="152400"/>
            <wp:wrapNone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40" w:lineRule="auto" w:before="1190" w:after="0"/>
        <w:ind w:left="1134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8671560" cy="3027679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671560" cy="30276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tabs>
          <w:tab w:pos="1616" w:val="left"/>
        </w:tabs>
        <w:autoSpaceDE w:val="0"/>
        <w:widowControl/>
        <w:spacing w:line="348" w:lineRule="exact" w:before="514" w:after="0"/>
        <w:ind w:left="1136" w:right="1296" w:firstLine="0"/>
        <w:jc w:val="left"/>
      </w:pPr>
      <w:r>
        <w:tab/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楼梯间那若隐若现的面容，如同被岁月尘封的记忆，在黑暗中隐隐作痛。那半遮半掩的脸庞，带着一丝神秘与忧伤，仿佛在诉说着那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>些被遗忘的故事。曾经的美好回忆，如今只剩下模糊的轮廓，如同被时间侵蚀的老照片，逐渐褪色，只留下孤独的痕迹。</w:t>
      </w:r>
    </w:p>
    <w:p>
      <w:pPr>
        <w:autoSpaceDN w:val="0"/>
        <w:autoSpaceDE w:val="0"/>
        <w:widowControl/>
        <w:spacing w:line="686" w:lineRule="exact" w:before="1554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3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978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2258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355600" cy="152400"/>
            <wp:wrapNone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40" w:lineRule="auto" w:before="0" w:after="0"/>
        <w:ind w:left="1134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8483600" cy="2976880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483600" cy="29768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686" w:lineRule="exact" w:before="2516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4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1440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348" w:lineRule="exact" w:before="338" w:after="0"/>
        <w:ind w:left="1136" w:right="1302" w:firstLine="480"/>
        <w:jc w:val="both"/>
      </w:pP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商场的角落，一个人低头专注于手中的手机，沉浸在虚拟的世界里。周围的环境与他无关，他仿佛与外界隔绝开来，在自己的小世界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里寻找着慰藉。这反映了现代社会中人们面对孤独时的逃避心态，通过电子设备来填补内心的空虚，却不知这种逃避只会让孤独感愈发强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>烈，如同陷入一个无形的漩涡，越陷越深。</w:t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762000</wp:posOffset>
            </wp:positionV>
            <wp:extent cx="8839200" cy="152400"/>
            <wp:wrapNone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977900</wp:posOffset>
            </wp:positionV>
            <wp:extent cx="9144000" cy="165100"/>
            <wp:wrapNone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6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1206500</wp:posOffset>
            </wp:positionV>
            <wp:extent cx="2794000" cy="152400"/>
            <wp:wrapNone/>
            <wp:docPr id="22" name="Picture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1651000</wp:posOffset>
            </wp:positionV>
            <wp:extent cx="8826500" cy="152400"/>
            <wp:wrapNone/>
            <wp:docPr id="23" name="Picture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8265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1866900</wp:posOffset>
            </wp:positionV>
            <wp:extent cx="8432800" cy="152400"/>
            <wp:wrapNone/>
            <wp:docPr id="24" name="Picture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4328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2082800</wp:posOffset>
            </wp:positionV>
            <wp:extent cx="8839200" cy="165100"/>
            <wp:wrapNone/>
            <wp:docPr id="25" name="Picture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16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2311400</wp:posOffset>
            </wp:positionV>
            <wp:extent cx="9144000" cy="152400"/>
            <wp:wrapNone/>
            <wp:docPr id="26" name="Picture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2527300</wp:posOffset>
            </wp:positionV>
            <wp:extent cx="1270000" cy="152400"/>
            <wp:wrapNone/>
            <wp:docPr id="27" name="Picture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1028700</wp:posOffset>
            </wp:positionH>
            <wp:positionV relativeFrom="page">
              <wp:posOffset>2971800</wp:posOffset>
            </wp:positionV>
            <wp:extent cx="8839200" cy="152400"/>
            <wp:wrapNone/>
            <wp:docPr id="28" name="Picture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723900</wp:posOffset>
            </wp:positionH>
            <wp:positionV relativeFrom="page">
              <wp:posOffset>3187700</wp:posOffset>
            </wp:positionV>
            <wp:extent cx="9118600" cy="165100"/>
            <wp:wrapNone/>
            <wp:docPr id="29" name="Picture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9118600" cy="1651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736600</wp:posOffset>
            </wp:positionH>
            <wp:positionV relativeFrom="page">
              <wp:posOffset>3416300</wp:posOffset>
            </wp:positionV>
            <wp:extent cx="952500" cy="152400"/>
            <wp:wrapNone/>
            <wp:docPr id="30" name="Picture 3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152400"/>
                    </a:xfrm>
                    <a:prstGeom prst="rect"/>
                  </pic:spPr>
                </pic:pic>
              </a:graphicData>
            </a:graphic>
          </wp:anchor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355600" cy="152400"/>
            <wp:wrapNone/>
            <wp:docPr id="31" name="Picture 3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tabs>
          <w:tab w:pos="1616" w:val="left"/>
        </w:tabs>
        <w:autoSpaceDE w:val="0"/>
        <w:widowControl/>
        <w:spacing w:line="348" w:lineRule="exact" w:before="338" w:after="0"/>
        <w:ind w:left="1136" w:right="1296" w:firstLine="0"/>
        <w:jc w:val="left"/>
      </w:pPr>
      <w:r>
        <w:tab/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交谈的两人，在光影的映衬下，身影显得有些模糊。他们的交流看似亲密，却或许只是表面的寒暄。在孤独的笼罩下，人与人之间的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>沟通变得如此艰难，即使面对面，也可能无法真正走进对方的内心世界。这种孤独是深层次的，是心灵之间的隔阂，难以跨越。</w:t>
      </w:r>
      <w:r>
        <w:tab/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咖啡馆里，独自使用笔记本电脑的人，周围是空荡荡的桌椅。阳光透过窗户洒在他的身上，却无法驱散他内心的孤独。在这个本应充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满交流与互动的场所，他却选择独自沉浸在自己的世界里，与外界隔绝。这象征着现代社会中人们在追求个人空间与自由的同时，也陷入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>了更深的孤独之中。</w:t>
      </w:r>
    </w:p>
    <w:p>
      <w:pPr>
        <w:autoSpaceDN w:val="0"/>
        <w:autoSpaceDE w:val="0"/>
        <w:widowControl/>
        <w:spacing w:line="348" w:lineRule="exact" w:before="338" w:after="0"/>
        <w:ind w:left="1136" w:right="1302" w:firstLine="480"/>
        <w:jc w:val="both"/>
      </w:pP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如同一个个孤独的音符，在黑白的世界里奏响了一曲关于遗忘与孤独的乐章。它们让我深刻地意识到，在这个繁华的世界里，孤独无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 xml:space="preserve">处不在，而遗忘则是孤独的孪生兄弟。我们每个人都在孤独中寻找着自我，在遗忘中回忆着过去，在这黑白交织的时光里，书写着属于自 </w:t>
      </w:r>
      <w:r>
        <w:rPr>
          <w:rFonts w:ascii="Droid Sans Fallback" w:hAnsi="Droid Sans Fallback" w:eastAsia="Droid Sans Fallback"/>
          <w:b w:val="0"/>
          <w:i w:val="0"/>
          <w:color w:val="000000"/>
          <w:sz w:val="24"/>
        </w:rPr>
        <w:t>己的孤独篇章。</w:t>
      </w:r>
    </w:p>
    <w:p>
      <w:pPr>
        <w:autoSpaceDN w:val="0"/>
        <w:autoSpaceDE w:val="0"/>
        <w:widowControl/>
        <w:spacing w:line="686" w:lineRule="exact" w:before="5282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5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978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1614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8390890" cy="5593080"/>
            <wp:docPr id="32" name="Picture 3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8390890" cy="559308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355600" cy="152400"/>
            <wp:wrapNone/>
            <wp:docPr id="33" name="Picture 3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686" w:lineRule="exact" w:before="1180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6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1134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1134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8610600" cy="5741670"/>
            <wp:docPr id="34" name="Picture 3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610600" cy="574167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355600" cy="152400"/>
            <wp:wrapNone/>
            <wp:docPr id="35" name="Picture 3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686" w:lineRule="exact" w:before="946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7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1134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1614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8538210" cy="6094730"/>
            <wp:docPr id="36" name="Picture 3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538210" cy="609473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355600" cy="152400"/>
            <wp:wrapNone/>
            <wp:docPr id="37" name="Picture 3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686" w:lineRule="exact" w:before="390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8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1134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42" w:lineRule="exact" w:before="0" w:after="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355600" cy="152400"/>
            <wp:wrapNone/>
            <wp:docPr id="39" name="Picture 3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40" w:lineRule="auto" w:before="0" w:after="0"/>
        <w:ind w:left="1614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8534400" cy="5872480"/>
            <wp:docPr id="38" name="Picture 3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534400" cy="58724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686" w:lineRule="exact" w:before="392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9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1440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1614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8421369" cy="5829300"/>
            <wp:docPr id="40" name="Picture 4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8421369" cy="582930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444500" cy="152400"/>
            <wp:wrapNone/>
            <wp:docPr id="41" name="Picture 4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686" w:lineRule="exact" w:before="808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10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1134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1614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8360409" cy="5881370"/>
            <wp:docPr id="42" name="Picture 4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8360409" cy="588137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444500" cy="152400"/>
            <wp:wrapNone/>
            <wp:docPr id="43" name="Picture 4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686" w:lineRule="exact" w:before="726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11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1134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220" w:lineRule="exact" w:before="0" w:after="170"/>
        <w:ind w:left="0" w:right="0"/>
      </w:pP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444500" cy="152400"/>
            <wp:wrapNone/>
            <wp:docPr id="45" name="Picture 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240" w:lineRule="auto" w:before="0" w:after="0"/>
        <w:ind w:left="1614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8473440" cy="5279390"/>
            <wp:docPr id="44" name="Picture 4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473440" cy="527939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autoSpaceDN w:val="0"/>
        <w:autoSpaceDE w:val="0"/>
        <w:widowControl/>
        <w:spacing w:line="686" w:lineRule="exact" w:before="978" w:after="0"/>
        <w:ind w:left="1136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12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p>
      <w:pPr>
        <w:sectPr>
          <w:pgSz w:w="16838" w:h="11906"/>
          <w:pgMar w:top="1440" w:right="0" w:bottom="0" w:left="0" w:header="720" w:footer="720" w:gutter="0"/>
          <w:cols w:num="1" w:equalWidth="0">
            <w:col w:w="16838" w:space="0"/>
          </w:cols>
          <w:docGrid w:linePitch="360"/>
        </w:sectPr>
      </w:pPr>
    </w:p>
    <w:p>
      <w:pPr>
        <w:autoSpaceDN w:val="0"/>
        <w:autoSpaceDE w:val="0"/>
        <w:widowControl/>
        <w:spacing w:line="240" w:lineRule="auto" w:before="0" w:after="0"/>
        <w:ind w:left="478" w:right="0" w:firstLine="0"/>
        <w:jc w:val="left"/>
      </w:pPr>
      <w:r>
        <w:drawing>
          <wp:inline xmlns:a="http://schemas.openxmlformats.org/drawingml/2006/main" xmlns:pic="http://schemas.openxmlformats.org/drawingml/2006/picture">
            <wp:extent cx="8455660" cy="5996940"/>
            <wp:docPr id="46" name="Picture 4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455660" cy="5996940"/>
                    </a:xfrm>
                    <a:prstGeom prst="rect"/>
                  </pic:spPr>
                </pic:pic>
              </a:graphicData>
            </a:graphic>
          </wp:inline>
        </w:drawing>
      </w:r>
      <w:r>
        <w:drawing>
          <wp:anchor xmlns:a="http://schemas.openxmlformats.org/drawingml/2006/main" xmlns:pic="http://schemas.openxmlformats.org/drawingml/2006/picture" distT="0" distB="0" distL="0" distR="0" simplePos="0" relativeHeight="0" behindDoc="1" locked="0" layoutInCell="1" allowOverlap="1">
            <wp:simplePos x="0" y="0"/>
            <wp:positionH relativeFrom="page">
              <wp:posOffset>749300</wp:posOffset>
            </wp:positionH>
            <wp:positionV relativeFrom="page">
              <wp:posOffset>7226300</wp:posOffset>
            </wp:positionV>
            <wp:extent cx="444500" cy="152400"/>
            <wp:wrapNone/>
            <wp:docPr id="47" name="Picture 4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15240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autoSpaceDN w:val="0"/>
        <w:autoSpaceDE w:val="0"/>
        <w:widowControl/>
        <w:spacing w:line="686" w:lineRule="exact" w:before="544" w:after="0"/>
        <w:ind w:left="0" w:right="0" w:firstLine="0"/>
        <w:jc w:val="left"/>
      </w:pP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  <w:r>
        <w:rPr>
          <w:rFonts w:ascii="Times New Roman" w:hAnsi="Times New Roman" w:eastAsia="Times New Roman"/>
          <w:b w:val="0"/>
          <w:i w:val="0"/>
          <w:color w:val="000000"/>
          <w:sz w:val="18"/>
        </w:rPr>
        <w:t>/</w:t>
      </w:r>
      <w:r>
        <w:rPr>
          <w:rFonts w:ascii="Times New Roman" w:hAnsi="Times New Roman" w:eastAsia="Times New Roman"/>
          <w:b w:val="0"/>
          <w:i w:val="0"/>
          <w:color w:val="000000"/>
          <w:sz w:val="24"/>
        </w:rPr>
        <w:t>13</w:t>
      </w:r>
    </w:p>
    <w:sectPr w:rsidR="00FC693F" w:rsidRPr="0006063C" w:rsidSect="00034616">
      <w:pgSz w:w="16838" w:h="11906"/>
      <w:pgMar w:top="1134" w:right="1800" w:bottom="78" w:left="1136" w:header="720" w:footer="720" w:gutter="0"/>
      <w:cols w:num="1" w:equalWidth="0">
        <w:col w:w="13902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image" Target="media/image4.jpg"/><Relationship Id="rId13" Type="http://schemas.openxmlformats.org/officeDocument/2006/relationships/image" Target="media/image5.jpg"/><Relationship Id="rId14" Type="http://schemas.openxmlformats.org/officeDocument/2006/relationships/image" Target="media/image6.jpg"/><Relationship Id="rId15" Type="http://schemas.openxmlformats.org/officeDocument/2006/relationships/image" Target="media/image7.jpg"/><Relationship Id="rId16" Type="http://schemas.openxmlformats.org/officeDocument/2006/relationships/image" Target="media/image8.jpg"/><Relationship Id="rId17" Type="http://schemas.openxmlformats.org/officeDocument/2006/relationships/image" Target="media/image9.jpg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image" Target="media/image14.jpg"/><Relationship Id="rId23" Type="http://schemas.openxmlformats.org/officeDocument/2006/relationships/image" Target="media/image15.jpg"/><Relationship Id="rId24" Type="http://schemas.openxmlformats.org/officeDocument/2006/relationships/image" Target="media/image16.jpg"/><Relationship Id="rId25" Type="http://schemas.openxmlformats.org/officeDocument/2006/relationships/image" Target="media/image17.jpg"/><Relationship Id="rId26" Type="http://schemas.openxmlformats.org/officeDocument/2006/relationships/image" Target="media/image18.jpg"/><Relationship Id="rId27" Type="http://schemas.openxmlformats.org/officeDocument/2006/relationships/image" Target="media/image19.jpg"/><Relationship Id="rId28" Type="http://schemas.openxmlformats.org/officeDocument/2006/relationships/image" Target="media/image20.jpg"/><Relationship Id="rId29" Type="http://schemas.openxmlformats.org/officeDocument/2006/relationships/image" Target="media/image21.jpg"/><Relationship Id="rId30" Type="http://schemas.openxmlformats.org/officeDocument/2006/relationships/image" Target="media/image22.jpg"/><Relationship Id="rId31" Type="http://schemas.openxmlformats.org/officeDocument/2006/relationships/image" Target="media/image23.jpg"/><Relationship Id="rId32" Type="http://schemas.openxmlformats.org/officeDocument/2006/relationships/image" Target="media/image24.jpg"/><Relationship Id="rId33" Type="http://schemas.openxmlformats.org/officeDocument/2006/relationships/image" Target="media/image25.jpg"/><Relationship Id="rId34" Type="http://schemas.openxmlformats.org/officeDocument/2006/relationships/image" Target="media/image26.jpg"/><Relationship Id="rId35" Type="http://schemas.openxmlformats.org/officeDocument/2006/relationships/image" Target="media/image27.jpg"/><Relationship Id="rId36" Type="http://schemas.openxmlformats.org/officeDocument/2006/relationships/image" Target="media/image28.jpg"/><Relationship Id="rId37" Type="http://schemas.openxmlformats.org/officeDocument/2006/relationships/image" Target="media/image29.jpg"/><Relationship Id="rId38" Type="http://schemas.openxmlformats.org/officeDocument/2006/relationships/image" Target="media/image30.jpg"/><Relationship Id="rId39" Type="http://schemas.openxmlformats.org/officeDocument/2006/relationships/image" Target="media/image31.jpg"/><Relationship Id="rId40" Type="http://schemas.openxmlformats.org/officeDocument/2006/relationships/image" Target="media/image32.jpg"/><Relationship Id="rId41" Type="http://schemas.openxmlformats.org/officeDocument/2006/relationships/image" Target="media/image33.jpg"/><Relationship Id="rId42" Type="http://schemas.openxmlformats.org/officeDocument/2006/relationships/image" Target="media/image34.jpg"/><Relationship Id="rId43" Type="http://schemas.openxmlformats.org/officeDocument/2006/relationships/image" Target="media/image35.jpg"/><Relationship Id="rId44" Type="http://schemas.openxmlformats.org/officeDocument/2006/relationships/image" Target="media/image36.jpg"/><Relationship Id="rId45" Type="http://schemas.openxmlformats.org/officeDocument/2006/relationships/image" Target="media/image37.jpg"/><Relationship Id="rId46" Type="http://schemas.openxmlformats.org/officeDocument/2006/relationships/image" Target="media/image38.jpg"/><Relationship Id="rId47" Type="http://schemas.openxmlformats.org/officeDocument/2006/relationships/image" Target="media/image39.jpg"/><Relationship Id="rId48" Type="http://schemas.openxmlformats.org/officeDocument/2006/relationships/image" Target="media/image40.jpg"/><Relationship Id="rId49" Type="http://schemas.openxmlformats.org/officeDocument/2006/relationships/image" Target="media/image41.jpg"/><Relationship Id="rId50" Type="http://schemas.openxmlformats.org/officeDocument/2006/relationships/image" Target="media/image42.jpg"/><Relationship Id="rId51" Type="http://schemas.openxmlformats.org/officeDocument/2006/relationships/image" Target="media/image43.jpg"/><Relationship Id="rId52" Type="http://schemas.openxmlformats.org/officeDocument/2006/relationships/image" Target="media/image44.jpg"/><Relationship Id="rId53" Type="http://schemas.openxmlformats.org/officeDocument/2006/relationships/image" Target="media/image45.jpg"/><Relationship Id="rId54" Type="http://schemas.openxmlformats.org/officeDocument/2006/relationships/image" Target="media/image46.jpg"/><Relationship Id="rId55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